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FDB27" w14:textId="77777777" w:rsidR="00CF3995" w:rsidRDefault="00100E1F">
      <w:pPr>
        <w:pStyle w:val="Kop1"/>
      </w:pPr>
      <w:r>
        <w:t>SPONSOROVEREENKOMST</w:t>
      </w:r>
    </w:p>
    <w:p w14:paraId="5C371E2A" w14:textId="77777777" w:rsidR="00CF3995" w:rsidRDefault="00100E1F">
      <w:pPr>
        <w:rPr>
          <w:rFonts w:hint="eastAsia"/>
        </w:rPr>
      </w:pPr>
      <w:r>
        <w:t>Brabants Brassband Festival - 2de editie - 19 juni 2027</w:t>
      </w:r>
    </w:p>
    <w:p w14:paraId="498D1789" w14:textId="77777777" w:rsidR="00CF3995" w:rsidRDefault="00100E1F">
      <w:pPr>
        <w:pStyle w:val="Kop2"/>
      </w:pPr>
      <w:r>
        <w:t>Sponsor- en advertentieformules 2027</w:t>
      </w:r>
    </w:p>
    <w:tbl>
      <w:tblPr>
        <w:tblStyle w:val="Tabelraster"/>
        <w:tblW w:w="0" w:type="auto"/>
        <w:jc w:val="center"/>
        <w:tblLook w:val="04A0" w:firstRow="1" w:lastRow="0" w:firstColumn="1" w:lastColumn="0" w:noHBand="0" w:noVBand="1"/>
      </w:tblPr>
      <w:tblGrid>
        <w:gridCol w:w="3396"/>
        <w:gridCol w:w="3396"/>
        <w:gridCol w:w="3398"/>
      </w:tblGrid>
      <w:tr w:rsidR="00CF3995" w14:paraId="7FDD1482" w14:textId="77777777">
        <w:trPr>
          <w:jc w:val="center"/>
        </w:trPr>
        <w:tc>
          <w:tcPr>
            <w:tcW w:w="3400" w:type="dxa"/>
            <w:shd w:val="clear" w:color="auto" w:fill="366092"/>
          </w:tcPr>
          <w:p w14:paraId="44CCBA49" w14:textId="77777777" w:rsidR="00CF3995" w:rsidRDefault="00100E1F">
            <w:pPr>
              <w:rPr>
                <w:rFonts w:hint="eastAsia"/>
              </w:rPr>
            </w:pPr>
            <w:r>
              <w:rPr>
                <w:b/>
                <w:color w:val="FFFFFF"/>
                <w:sz w:val="18"/>
              </w:rPr>
              <w:t>Formule</w:t>
            </w:r>
          </w:p>
        </w:tc>
        <w:tc>
          <w:tcPr>
            <w:tcW w:w="3400" w:type="dxa"/>
            <w:shd w:val="clear" w:color="auto" w:fill="366092"/>
          </w:tcPr>
          <w:p w14:paraId="7D136259" w14:textId="77777777" w:rsidR="00CF3995" w:rsidRDefault="00100E1F">
            <w:pPr>
              <w:rPr>
                <w:rFonts w:hint="eastAsia"/>
              </w:rPr>
            </w:pPr>
            <w:r>
              <w:rPr>
                <w:b/>
                <w:color w:val="FFFFFF"/>
                <w:sz w:val="18"/>
              </w:rPr>
              <w:t>Bedrag</w:t>
            </w:r>
          </w:p>
        </w:tc>
        <w:tc>
          <w:tcPr>
            <w:tcW w:w="3400" w:type="dxa"/>
            <w:shd w:val="clear" w:color="auto" w:fill="366092"/>
          </w:tcPr>
          <w:p w14:paraId="6BB0FCBF" w14:textId="77777777" w:rsidR="00CF3995" w:rsidRDefault="00100E1F">
            <w:pPr>
              <w:rPr>
                <w:rFonts w:hint="eastAsia"/>
              </w:rPr>
            </w:pPr>
            <w:r>
              <w:rPr>
                <w:b/>
                <w:color w:val="FFFFFF"/>
                <w:sz w:val="18"/>
              </w:rPr>
              <w:t>Omschrijving</w:t>
            </w:r>
          </w:p>
        </w:tc>
      </w:tr>
      <w:tr w:rsidR="007F2477" w14:paraId="5EDE426B" w14:textId="77777777">
        <w:trPr>
          <w:jc w:val="center"/>
        </w:trPr>
        <w:tc>
          <w:tcPr>
            <w:tcW w:w="3397" w:type="dxa"/>
            <w:vAlign w:val="center"/>
          </w:tcPr>
          <w:p w14:paraId="5F68B96F" w14:textId="77777777" w:rsidR="007F2477" w:rsidRDefault="00D56EDD">
            <w:pPr>
              <w:rPr>
                <w:rFonts w:hint="eastAsia"/>
              </w:rPr>
            </w:pPr>
            <w:r>
              <w:rPr>
                <w:sz w:val="19"/>
              </w:rPr>
              <w:t>1/8 pagina advertentie</w:t>
            </w:r>
          </w:p>
        </w:tc>
        <w:tc>
          <w:tcPr>
            <w:tcW w:w="3396" w:type="dxa"/>
            <w:vAlign w:val="center"/>
          </w:tcPr>
          <w:p w14:paraId="4F9EBB0E" w14:textId="77777777" w:rsidR="007F2477" w:rsidRDefault="00D56EDD">
            <w:pPr>
              <w:rPr>
                <w:rFonts w:hint="eastAsia"/>
              </w:rPr>
            </w:pPr>
            <w:r>
              <w:rPr>
                <w:sz w:val="19"/>
              </w:rPr>
              <w:t>EUR 50</w:t>
            </w:r>
          </w:p>
        </w:tc>
        <w:tc>
          <w:tcPr>
            <w:tcW w:w="3397" w:type="dxa"/>
            <w:vAlign w:val="center"/>
          </w:tcPr>
          <w:p w14:paraId="177AD8DD" w14:textId="77777777" w:rsidR="007F2477" w:rsidRDefault="00D56EDD">
            <w:pPr>
              <w:rPr>
                <w:rFonts w:hint="eastAsia"/>
              </w:rPr>
            </w:pPr>
            <w:r>
              <w:t>Advertentie in programmaboekje A5 in kleur</w:t>
            </w:r>
          </w:p>
        </w:tc>
      </w:tr>
      <w:tr w:rsidR="007F2477" w14:paraId="5BC989BC" w14:textId="77777777">
        <w:trPr>
          <w:jc w:val="center"/>
        </w:trPr>
        <w:tc>
          <w:tcPr>
            <w:tcW w:w="3397" w:type="dxa"/>
            <w:vAlign w:val="center"/>
          </w:tcPr>
          <w:p w14:paraId="0FA6DC30" w14:textId="77777777" w:rsidR="007F2477" w:rsidRDefault="00D56EDD">
            <w:pPr>
              <w:rPr>
                <w:rFonts w:hint="eastAsia"/>
              </w:rPr>
            </w:pPr>
            <w:r>
              <w:rPr>
                <w:sz w:val="19"/>
              </w:rPr>
              <w:t>1/2 pagina advertentie</w:t>
            </w:r>
          </w:p>
        </w:tc>
        <w:tc>
          <w:tcPr>
            <w:tcW w:w="3396" w:type="dxa"/>
            <w:vAlign w:val="center"/>
          </w:tcPr>
          <w:p w14:paraId="0F59E4B3" w14:textId="77777777" w:rsidR="007F2477" w:rsidRDefault="00D56EDD">
            <w:pPr>
              <w:rPr>
                <w:rFonts w:hint="eastAsia"/>
              </w:rPr>
            </w:pPr>
            <w:r>
              <w:rPr>
                <w:sz w:val="19"/>
              </w:rPr>
              <w:t>EUR 100</w:t>
            </w:r>
          </w:p>
        </w:tc>
        <w:tc>
          <w:tcPr>
            <w:tcW w:w="3397" w:type="dxa"/>
            <w:vAlign w:val="center"/>
          </w:tcPr>
          <w:p w14:paraId="06A7508B" w14:textId="77777777" w:rsidR="007F2477" w:rsidRDefault="00D56EDD">
            <w:pPr>
              <w:rPr>
                <w:rFonts w:hint="eastAsia"/>
              </w:rPr>
            </w:pPr>
            <w:r>
              <w:t>Advertentie in programmaboekje A5 in kleur</w:t>
            </w:r>
          </w:p>
        </w:tc>
      </w:tr>
      <w:tr w:rsidR="007F2477" w14:paraId="144EB7E0" w14:textId="77777777">
        <w:trPr>
          <w:jc w:val="center"/>
        </w:trPr>
        <w:tc>
          <w:tcPr>
            <w:tcW w:w="3397" w:type="dxa"/>
            <w:vAlign w:val="center"/>
          </w:tcPr>
          <w:p w14:paraId="5DB5D5B3" w14:textId="77777777" w:rsidR="007F2477" w:rsidRDefault="00D56EDD">
            <w:pPr>
              <w:rPr>
                <w:rFonts w:hint="eastAsia"/>
              </w:rPr>
            </w:pPr>
            <w:r>
              <w:t>Volledige pagina advertentie</w:t>
            </w:r>
          </w:p>
        </w:tc>
        <w:tc>
          <w:tcPr>
            <w:tcW w:w="3396" w:type="dxa"/>
            <w:vAlign w:val="center"/>
          </w:tcPr>
          <w:p w14:paraId="23D41D27" w14:textId="77777777" w:rsidR="007F2477" w:rsidRDefault="00D56EDD">
            <w:pPr>
              <w:rPr>
                <w:rFonts w:hint="eastAsia"/>
              </w:rPr>
            </w:pPr>
            <w:r>
              <w:t>EUR 175</w:t>
            </w:r>
          </w:p>
        </w:tc>
        <w:tc>
          <w:tcPr>
            <w:tcW w:w="3397" w:type="dxa"/>
            <w:vAlign w:val="center"/>
          </w:tcPr>
          <w:p w14:paraId="1B6F34F1" w14:textId="77777777" w:rsidR="007F2477" w:rsidRDefault="00D56EDD">
            <w:pPr>
              <w:rPr>
                <w:rFonts w:hint="eastAsia"/>
              </w:rPr>
            </w:pPr>
            <w:r>
              <w:t>Volledige pagina in het programmaboekje 2027 (A5, kleur). .</w:t>
            </w:r>
          </w:p>
        </w:tc>
      </w:tr>
      <w:tr w:rsidR="007F2477" w14:paraId="27ABE296" w14:textId="77777777">
        <w:trPr>
          <w:jc w:val="center"/>
        </w:trPr>
        <w:tc>
          <w:tcPr>
            <w:tcW w:w="3397" w:type="dxa"/>
            <w:vAlign w:val="center"/>
          </w:tcPr>
          <w:p w14:paraId="2AF0DA4D" w14:textId="77777777" w:rsidR="007F2477" w:rsidRDefault="00D56EDD">
            <w:pPr>
              <w:rPr>
                <w:rFonts w:hint="eastAsia"/>
              </w:rPr>
            </w:pPr>
            <w:r>
              <w:t>Partner B.B.B.F.</w:t>
            </w:r>
          </w:p>
        </w:tc>
        <w:tc>
          <w:tcPr>
            <w:tcW w:w="3396" w:type="dxa"/>
            <w:vAlign w:val="center"/>
          </w:tcPr>
          <w:p w14:paraId="74F39236" w14:textId="77777777" w:rsidR="007F2477" w:rsidRDefault="00D56EDD">
            <w:pPr>
              <w:rPr>
                <w:rFonts w:hint="eastAsia"/>
              </w:rPr>
            </w:pPr>
            <w:r>
              <w:t>vanaf EUR 500</w:t>
            </w:r>
          </w:p>
        </w:tc>
        <w:tc>
          <w:tcPr>
            <w:tcW w:w="3397" w:type="dxa"/>
            <w:vAlign w:val="center"/>
          </w:tcPr>
          <w:p w14:paraId="3F3D2471" w14:textId="77777777" w:rsidR="007F2477" w:rsidRDefault="00D56EDD">
            <w:pPr>
              <w:rPr>
                <w:rFonts w:hint="eastAsia"/>
              </w:rPr>
            </w:pPr>
            <w:r>
              <w:t xml:space="preserve">Extra zichtbaarheid: logo, programmaboekje, projectiescherm en </w:t>
            </w:r>
            <w:r>
              <w:t>VIP-ontvangst</w:t>
            </w:r>
          </w:p>
        </w:tc>
      </w:tr>
    </w:tbl>
    <w:p w14:paraId="08205EAD" w14:textId="77777777" w:rsidR="00CF3995" w:rsidRDefault="00CF3995">
      <w:pPr>
        <w:rPr>
          <w:rFonts w:hint="eastAsia"/>
        </w:rPr>
      </w:pPr>
    </w:p>
    <w:p w14:paraId="5CDCBF94" w14:textId="77777777" w:rsidR="00CF3995" w:rsidRDefault="00100E1F">
      <w:pPr>
        <w:pStyle w:val="Kop2"/>
      </w:pPr>
      <w:r>
        <w:t>Exclusieve hoofdpartner 2027</w:t>
      </w:r>
    </w:p>
    <w:p w14:paraId="1BAE7B77" w14:textId="77777777" w:rsidR="00CF3995" w:rsidRDefault="00100E1F">
      <w:pPr>
        <w:rPr>
          <w:rFonts w:hint="eastAsia"/>
        </w:rPr>
      </w:pPr>
      <w:r>
        <w:t>Voor de 2de editie op 19 juni 2027 zet B.B.B.F. daarnaast in op de samenwerking met één exclusieve hoofdpartner. Hiervoor wordt een afzonderlijk voorstel op maat uitgewerkt, met een ruim zichtbaarheidspakket vóór, tijdens en na het festival. Richtbedrag: EUR 15.000 tot EUR 25.000 per jaar, bij voorkeur binnen een meerjarige samenwerking.</w:t>
      </w:r>
    </w:p>
    <w:p w14:paraId="0FC350E3" w14:textId="77777777" w:rsidR="007F2477" w:rsidRDefault="00D56EDD">
      <w:pPr>
        <w:rPr>
          <w:rFonts w:hint="eastAsia"/>
        </w:rPr>
      </w:pPr>
      <w:r>
        <w:rPr>
          <w:b/>
        </w:rPr>
        <w:t>Als extra dank voor hun engagement ontvangen partners vanaf EUR 500 ook een uitnodiging voor onze VIP-ontvangst.</w:t>
      </w:r>
    </w:p>
    <w:p w14:paraId="5302C0F9" w14:textId="77777777" w:rsidR="00CF3995" w:rsidRDefault="00100E1F">
      <w:pPr>
        <w:pStyle w:val="Kop2"/>
      </w:pPr>
      <w:r>
        <w:t>Gegevens sponsor</w:t>
      </w:r>
    </w:p>
    <w:p w14:paraId="2BB1E640" w14:textId="77777777" w:rsidR="00CF3995" w:rsidRDefault="00100E1F">
      <w:pPr>
        <w:rPr>
          <w:rFonts w:hint="eastAsia"/>
        </w:rPr>
      </w:pPr>
      <w:r>
        <w:t>Naam onderneming: ........................................................................................................</w:t>
      </w:r>
    </w:p>
    <w:p w14:paraId="62DAFE43" w14:textId="77777777" w:rsidR="00CF3995" w:rsidRDefault="00100E1F">
      <w:pPr>
        <w:rPr>
          <w:rFonts w:hint="eastAsia"/>
        </w:rPr>
      </w:pPr>
      <w:r>
        <w:t>Adres: ........................................................................................................</w:t>
      </w:r>
    </w:p>
    <w:p w14:paraId="06594874" w14:textId="77777777" w:rsidR="00CF3995" w:rsidRDefault="00100E1F">
      <w:pPr>
        <w:rPr>
          <w:rFonts w:hint="eastAsia"/>
        </w:rPr>
      </w:pPr>
      <w:r>
        <w:t>Contactpersoon: ........................................................................................................</w:t>
      </w:r>
    </w:p>
    <w:p w14:paraId="2A3D4423" w14:textId="77777777" w:rsidR="00CF3995" w:rsidRDefault="00100E1F">
      <w:pPr>
        <w:rPr>
          <w:rFonts w:hint="eastAsia"/>
        </w:rPr>
      </w:pPr>
      <w:r>
        <w:t>E-mail: ........................................................................................................</w:t>
      </w:r>
    </w:p>
    <w:p w14:paraId="0B6BBCD3" w14:textId="77777777" w:rsidR="00CF3995" w:rsidRDefault="00100E1F">
      <w:pPr>
        <w:rPr>
          <w:rFonts w:hint="eastAsia"/>
        </w:rPr>
      </w:pPr>
      <w:r>
        <w:t>Telefoon: ........................................................................................................</w:t>
      </w:r>
    </w:p>
    <w:p w14:paraId="3F37906B" w14:textId="77777777" w:rsidR="00CF3995" w:rsidRDefault="00100E1F">
      <w:pPr>
        <w:rPr>
          <w:rFonts w:hint="eastAsia"/>
        </w:rPr>
      </w:pPr>
      <w:r>
        <w:t>BTW-nummer: ........................................................................................................</w:t>
      </w:r>
    </w:p>
    <w:p w14:paraId="51AC2153" w14:textId="77777777" w:rsidR="00CF3995" w:rsidRDefault="00100E1F">
      <w:pPr>
        <w:rPr>
          <w:rFonts w:hint="eastAsia"/>
        </w:rPr>
      </w:pPr>
      <w:r>
        <w:t>Gekozen formule: ........................................................................................................</w:t>
      </w:r>
    </w:p>
    <w:p w14:paraId="53875FCB" w14:textId="77777777" w:rsidR="00CF3995" w:rsidRDefault="00100E1F">
      <w:pPr>
        <w:rPr>
          <w:rFonts w:hint="eastAsia"/>
        </w:rPr>
      </w:pPr>
      <w:r>
        <w:t>Bedrag: ........................................................................................................</w:t>
      </w:r>
    </w:p>
    <w:p w14:paraId="0B72C524" w14:textId="77777777" w:rsidR="00A234ED" w:rsidRDefault="00A234ED">
      <w:pPr>
        <w:rPr>
          <w:rFonts w:hint="eastAsia"/>
        </w:rPr>
      </w:pPr>
    </w:p>
    <w:p w14:paraId="4D01BA1D" w14:textId="77777777" w:rsidR="00A234ED" w:rsidRDefault="00A234ED">
      <w:pPr>
        <w:rPr>
          <w:rFonts w:hint="eastAsia"/>
        </w:rPr>
      </w:pPr>
    </w:p>
    <w:p w14:paraId="564DC1AD" w14:textId="77777777" w:rsidR="00A234ED" w:rsidRDefault="00A234ED">
      <w:pPr>
        <w:rPr>
          <w:rFonts w:hint="eastAsia"/>
        </w:rPr>
      </w:pPr>
    </w:p>
    <w:p w14:paraId="000BED35" w14:textId="77777777" w:rsidR="00A234ED" w:rsidRDefault="00A234ED">
      <w:pPr>
        <w:rPr>
          <w:rFonts w:hint="eastAsia"/>
        </w:rPr>
      </w:pPr>
    </w:p>
    <w:p w14:paraId="6497B82F" w14:textId="77777777" w:rsidR="00A234ED" w:rsidRDefault="00A234ED">
      <w:pPr>
        <w:rPr>
          <w:rFonts w:hint="eastAsia"/>
        </w:rPr>
      </w:pPr>
    </w:p>
    <w:p w14:paraId="2B81CA2E" w14:textId="77777777" w:rsidR="00A234ED" w:rsidRDefault="00A234ED">
      <w:pPr>
        <w:rPr>
          <w:rFonts w:hint="eastAsia"/>
        </w:rPr>
      </w:pPr>
    </w:p>
    <w:p w14:paraId="2D36056D" w14:textId="77777777" w:rsidR="00A234ED" w:rsidRDefault="00A234ED">
      <w:pPr>
        <w:pStyle w:val="Kop2"/>
      </w:pPr>
    </w:p>
    <w:p w14:paraId="0C7B01B7" w14:textId="77777777" w:rsidR="00A234ED" w:rsidRDefault="00A234ED">
      <w:pPr>
        <w:pStyle w:val="Kop2"/>
      </w:pPr>
    </w:p>
    <w:p w14:paraId="65FD7829" w14:textId="77777777" w:rsidR="00A234ED" w:rsidRDefault="00A234ED">
      <w:pPr>
        <w:pStyle w:val="Kop2"/>
      </w:pPr>
    </w:p>
    <w:p w14:paraId="47F79CF4" w14:textId="77777777" w:rsidR="00A234ED" w:rsidRDefault="00A234ED">
      <w:pPr>
        <w:pStyle w:val="Kop2"/>
      </w:pPr>
    </w:p>
    <w:p w14:paraId="014D113D" w14:textId="77777777" w:rsidR="00CF3995" w:rsidRDefault="00100E1F">
      <w:pPr>
        <w:pStyle w:val="Kop2"/>
      </w:pPr>
      <w:proofErr w:type="spellStart"/>
      <w:r>
        <w:t>Betaling</w:t>
      </w:r>
      <w:proofErr w:type="spellEnd"/>
    </w:p>
    <w:p w14:paraId="049B076A" w14:textId="77777777" w:rsidR="00CF3995" w:rsidRDefault="00100E1F">
      <w:pPr>
        <w:rPr>
          <w:rFonts w:hint="eastAsia"/>
        </w:rPr>
      </w:pPr>
      <w:r>
        <w:t>Betaling op rekening van B.B.B.F.: IBAN BE80 0020 2191 4577, met vermelding van naam onderneming en sponsorformule - editie 19 juni 2027.</w:t>
      </w:r>
    </w:p>
    <w:p w14:paraId="4A780E1A" w14:textId="77777777" w:rsidR="00CF3995" w:rsidRDefault="00100E1F">
      <w:pPr>
        <w:pStyle w:val="Kop2"/>
      </w:pPr>
      <w:r>
        <w:t>Logo en advertentiemateriaal</w:t>
      </w:r>
    </w:p>
    <w:p w14:paraId="7AC1E14D" w14:textId="77777777" w:rsidR="00CF3995" w:rsidRDefault="00100E1F">
      <w:pPr>
        <w:rPr>
          <w:rFonts w:hint="eastAsia"/>
        </w:rPr>
      </w:pPr>
      <w:r>
        <w:t>Logo en advertentiemateriaal in hoge resolutie bezorgen via info@brabantsbrassbandfestival.be. Advertentiemateriaal voor het programmaboekje dient drukklaar te worden aangeleverd; de uiterste aanleverdatum wordt tijdig meegedeeld.</w:t>
      </w:r>
    </w:p>
    <w:p w14:paraId="7AED5076" w14:textId="77777777" w:rsidR="007F2477" w:rsidRDefault="00D56EDD">
      <w:pPr>
        <w:rPr>
          <w:rFonts w:hint="eastAsia"/>
        </w:rPr>
      </w:pPr>
      <w:r>
        <w:rPr>
          <w:sz w:val="20"/>
        </w:rPr>
        <w:t>Door ondertekening bevestigt de sponsor de gekozen formule en de bijhorende tegenprestaties voor de 2de editie van het Brabants Brassband Festival op 19 juni 2027.</w:t>
      </w:r>
    </w:p>
    <w:p w14:paraId="7D34CB0E" w14:textId="77777777" w:rsidR="00CF3995" w:rsidRDefault="00100E1F">
      <w:pPr>
        <w:rPr>
          <w:rFonts w:hint="eastAsia"/>
        </w:rPr>
      </w:pPr>
      <w:r>
        <w:t>Opgemaakt te .................................... op ....................................</w:t>
      </w:r>
    </w:p>
    <w:p w14:paraId="6D5ED297" w14:textId="77777777" w:rsidR="00CF3995" w:rsidRDefault="00100E1F">
      <w:pPr>
        <w:rPr>
          <w:rFonts w:hint="eastAsia"/>
        </w:rPr>
      </w:pPr>
      <w:r>
        <w:t>Voor akkoord sponsor: ....................................................</w:t>
      </w:r>
    </w:p>
    <w:p w14:paraId="69C1EA75" w14:textId="77777777" w:rsidR="00CF3995" w:rsidRDefault="00100E1F">
      <w:pPr>
        <w:rPr>
          <w:rFonts w:hint="eastAsia"/>
        </w:rPr>
      </w:pPr>
      <w:r>
        <w:t>Voor akkoord B.B.B.F.: ....................................................</w:t>
      </w:r>
    </w:p>
    <w:sectPr w:rsidR="00CF3995" w:rsidSect="00034616">
      <w:headerReference w:type="default" r:id="rId8"/>
      <w:footerReference w:type="default" r:id="rId9"/>
      <w:pgSz w:w="12240" w:h="15840"/>
      <w:pgMar w:top="907" w:right="1020" w:bottom="907" w:left="1020" w:header="283"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57A66" w14:textId="77777777" w:rsidR="00D56EDD" w:rsidRDefault="00D56EDD">
      <w:pPr>
        <w:spacing w:after="0" w:line="240" w:lineRule="auto"/>
        <w:rPr>
          <w:rFonts w:hint="eastAsia"/>
        </w:rPr>
      </w:pPr>
      <w:r>
        <w:separator/>
      </w:r>
    </w:p>
  </w:endnote>
  <w:endnote w:type="continuationSeparator" w:id="0">
    <w:p w14:paraId="5B8BCA6D" w14:textId="77777777" w:rsidR="00D56EDD" w:rsidRDefault="00D56ED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0F322" w14:textId="77777777" w:rsidR="00CF3995" w:rsidRDefault="00100E1F">
    <w:pPr>
      <w:pStyle w:val="Voettekst"/>
      <w:jc w:val="center"/>
      <w:rPr>
        <w:rFonts w:hint="eastAsia"/>
      </w:rPr>
    </w:pPr>
    <w:r>
      <w:rPr>
        <w:color w:val="5A5A5A"/>
        <w:sz w:val="15"/>
      </w:rPr>
      <w:t>Brabants Brassband Festival (B.B.B.F.) - Guido Gezellestraat 26 bus 31 - 1500 Halle - 0492/21.93.05 - www.brabantsbrassbandfestival.be - info@brabantsbrassbandfestival.be</w:t>
    </w:r>
    <w:r>
      <w:t xml:space="preserve"> - p. </w:t>
    </w:r>
    <w:r>
      <w:fldChar w:fldCharType="begin"/>
    </w:r>
    <w:r>
      <w:instrText>PAGE</w:instrText>
    </w:r>
    <w:r>
      <w:fldChar w:fldCharType="separate"/>
    </w:r>
    <w:r w:rsidR="00A234ED">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E7A0E" w14:textId="77777777" w:rsidR="00D56EDD" w:rsidRDefault="00D56EDD">
      <w:pPr>
        <w:spacing w:after="0" w:line="240" w:lineRule="auto"/>
        <w:rPr>
          <w:rFonts w:hint="eastAsia"/>
        </w:rPr>
      </w:pPr>
      <w:r>
        <w:separator/>
      </w:r>
    </w:p>
  </w:footnote>
  <w:footnote w:type="continuationSeparator" w:id="0">
    <w:p w14:paraId="55D97CE9" w14:textId="77777777" w:rsidR="00D56EDD" w:rsidRDefault="00D56EDD">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284FF" w14:textId="77777777" w:rsidR="00CF3995" w:rsidRDefault="00CF3995">
    <w:pPr>
      <w:pStyle w:val="Koptekst"/>
      <w:rPr>
        <w:rFonts w:hint="eastAsia"/>
      </w:rPr>
    </w:pPr>
  </w:p>
  <w:tbl>
    <w:tblPr>
      <w:tblW w:w="0" w:type="auto"/>
      <w:jc w:val="center"/>
      <w:tblLook w:val="04A0" w:firstRow="1" w:lastRow="0" w:firstColumn="1" w:lastColumn="0" w:noHBand="0" w:noVBand="1"/>
    </w:tblPr>
    <w:tblGrid>
      <w:gridCol w:w="4819"/>
      <w:gridCol w:w="4819"/>
    </w:tblGrid>
    <w:tr w:rsidR="00CF3995" w14:paraId="14BFFEA4" w14:textId="77777777">
      <w:trPr>
        <w:jc w:val="center"/>
      </w:trPr>
      <w:tc>
        <w:tcPr>
          <w:tcW w:w="4819" w:type="dxa"/>
          <w:vAlign w:val="center"/>
        </w:tcPr>
        <w:p w14:paraId="0374F56B" w14:textId="77777777" w:rsidR="00CF3995" w:rsidRDefault="00100E1F">
          <w:pPr>
            <w:rPr>
              <w:rFonts w:hint="eastAsia"/>
            </w:rPr>
          </w:pPr>
          <w:r>
            <w:rPr>
              <w:noProof/>
            </w:rPr>
            <w:drawing>
              <wp:inline distT="0" distB="0" distL="0" distR="0" wp14:anchorId="169C6BDF" wp14:editId="09E317DE">
                <wp:extent cx="1080000" cy="9588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stretch>
                          <a:fillRect/>
                        </a:stretch>
                      </pic:blipFill>
                      <pic:spPr>
                        <a:xfrm>
                          <a:off x="0" y="0"/>
                          <a:ext cx="1080000" cy="958879"/>
                        </a:xfrm>
                        <a:prstGeom prst="rect">
                          <a:avLst/>
                        </a:prstGeom>
                      </pic:spPr>
                    </pic:pic>
                  </a:graphicData>
                </a:graphic>
              </wp:inline>
            </w:drawing>
          </w:r>
        </w:p>
      </w:tc>
      <w:tc>
        <w:tcPr>
          <w:tcW w:w="4819" w:type="dxa"/>
          <w:vAlign w:val="center"/>
        </w:tcPr>
        <w:p w14:paraId="38F7C7FD" w14:textId="77777777" w:rsidR="00CF3995" w:rsidRDefault="00100E1F">
          <w:pPr>
            <w:jc w:val="right"/>
            <w:rPr>
              <w:rFonts w:hint="eastAsia"/>
            </w:rPr>
          </w:pPr>
          <w:r>
            <w:rPr>
              <w:b/>
              <w:color w:val="282828"/>
              <w:sz w:val="20"/>
            </w:rPr>
            <w:t>Brabants Brassband Festival (B.B.B.F.)</w:t>
          </w:r>
          <w:r>
            <w:br/>
          </w:r>
          <w:r>
            <w:rPr>
              <w:color w:val="282828"/>
              <w:sz w:val="16"/>
            </w:rPr>
            <w:t>Guido Gezellestraat 26 bus 31 - 1500 Halle</w:t>
          </w:r>
          <w:r>
            <w:br/>
          </w:r>
          <w:r>
            <w:rPr>
              <w:color w:val="282828"/>
              <w:sz w:val="16"/>
            </w:rPr>
            <w:t>0492/21.93.05 - www.brabantsbrassbandfestival.be - info@brabantsbrassbandfestival.be</w:t>
          </w:r>
          <w:r>
            <w:br/>
          </w:r>
          <w:r>
            <w:rPr>
              <w:color w:val="282828"/>
              <w:sz w:val="16"/>
            </w:rPr>
            <w:t>IBAN: BE80 0020 2191 4577</w:t>
          </w:r>
          <w:r>
            <w:br/>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E1F"/>
    <w:rsid w:val="0015074B"/>
    <w:rsid w:val="0029639D"/>
    <w:rsid w:val="00326F90"/>
    <w:rsid w:val="00350E5F"/>
    <w:rsid w:val="007F2477"/>
    <w:rsid w:val="00A234ED"/>
    <w:rsid w:val="00AA1D8D"/>
    <w:rsid w:val="00B47730"/>
    <w:rsid w:val="00CB0664"/>
    <w:rsid w:val="00CF3995"/>
    <w:rsid w:val="00D56ED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477688"/>
  <w14:defaultImageDpi w14:val="300"/>
  <w15:docId w15:val="{E7CD44AD-D8A8-4452-AD5E-CD158B2A6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ptos" w:hAnsi="Aptos"/>
      <w:sz w:val="21"/>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6092"/>
      <w:sz w:val="36"/>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366092"/>
      <w:sz w:val="28"/>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366092"/>
      <w:sz w:val="24"/>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424</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Eddy Vanhaelen</cp:lastModifiedBy>
  <cp:revision>2</cp:revision>
  <dcterms:created xsi:type="dcterms:W3CDTF">2026-09-08T15:18:00Z</dcterms:created>
  <dcterms:modified xsi:type="dcterms:W3CDTF">2026-09-08T15:18:00Z</dcterms:modified>
  <cp:category/>
</cp:coreProperties>
</file>