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C878" w14:textId="77777777" w:rsidR="00CF4154" w:rsidRDefault="00A202AF">
      <w:pPr>
        <w:spacing w:after="60"/>
        <w:jc w:val="center"/>
      </w:pPr>
      <w:r>
        <w:rPr>
          <w:noProof/>
        </w:rPr>
        <w:drawing>
          <wp:inline distT="0" distB="0" distL="0" distR="0" wp14:anchorId="36303351" wp14:editId="722D6D56">
            <wp:extent cx="1980000" cy="132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56156" w14:textId="77777777" w:rsidR="00CF4154" w:rsidRDefault="00A202AF">
      <w:pPr>
        <w:spacing w:after="20"/>
        <w:jc w:val="center"/>
      </w:pPr>
      <w:r>
        <w:rPr>
          <w:b/>
          <w:color w:val="365F91"/>
          <w:sz w:val="25"/>
        </w:rPr>
        <w:t>BRABANTS BRASSBAND FESTIVAL (B.B.B.F.)</w:t>
      </w:r>
    </w:p>
    <w:p w14:paraId="6193ED7E" w14:textId="77777777" w:rsidR="00CF4154" w:rsidRDefault="00A202AF">
      <w:pPr>
        <w:spacing w:after="140"/>
        <w:jc w:val="center"/>
      </w:pPr>
      <w:r>
        <w:rPr>
          <w:sz w:val="17"/>
        </w:rPr>
        <w:t>Guido Gezellestraat 26 bus 31 · 1500 Halle · 0492/21.93.05</w:t>
      </w:r>
      <w:r>
        <w:rPr>
          <w:sz w:val="17"/>
        </w:rPr>
        <w:br/>
        <w:t>info@brabantsbrassbandfestival.be · www.brabantsbrassbandfestival.be · IBAN BE80 0020 2191 4577</w:t>
      </w:r>
    </w:p>
    <w:p w14:paraId="030ADF08" w14:textId="77777777" w:rsidR="00CF4154" w:rsidRDefault="00A202AF">
      <w:pPr>
        <w:spacing w:after="140"/>
        <w:jc w:val="center"/>
      </w:pPr>
      <w:r>
        <w:rPr>
          <w:b/>
          <w:color w:val="365F91"/>
          <w:sz w:val="32"/>
        </w:rPr>
        <w:t>ADVERTENTIE- EN PARTNEROVEREENKOMST 2027</w:t>
      </w:r>
    </w:p>
    <w:p w14:paraId="531AEABB" w14:textId="77777777" w:rsidR="00CF4154" w:rsidRPr="00B00460" w:rsidRDefault="00A202AF">
      <w:pPr>
        <w:spacing w:after="140"/>
        <w:jc w:val="center"/>
        <w:rPr>
          <w:color w:val="FF0000"/>
        </w:rPr>
      </w:pPr>
      <w:r w:rsidRPr="00B00460">
        <w:rPr>
          <w:b/>
          <w:color w:val="FF0000"/>
          <w:sz w:val="21"/>
        </w:rPr>
        <w:t>2de editie van het Brabants Brassband Festival – CC ’t Vondel, Halle – zaterdag 19 juni 2027</w:t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3"/>
        <w:gridCol w:w="3513"/>
        <w:gridCol w:w="5102"/>
      </w:tblGrid>
      <w:tr w:rsidR="00CF4154" w14:paraId="103366C9" w14:textId="77777777">
        <w:trPr>
          <w:jc w:val="center"/>
        </w:trPr>
        <w:tc>
          <w:tcPr>
            <w:tcW w:w="2891" w:type="dxa"/>
            <w:shd w:val="clear" w:color="auto" w:fill="365F91"/>
          </w:tcPr>
          <w:p w14:paraId="4AABE3F3" w14:textId="77777777" w:rsidR="00CF4154" w:rsidRDefault="00A202AF">
            <w:pPr>
              <w:jc w:val="center"/>
            </w:pPr>
            <w:r>
              <w:rPr>
                <w:b/>
                <w:color w:val="FFFFFF"/>
                <w:sz w:val="21"/>
              </w:rPr>
              <w:t>FORMULE</w:t>
            </w:r>
          </w:p>
        </w:tc>
        <w:tc>
          <w:tcPr>
            <w:tcW w:w="1701" w:type="dxa"/>
            <w:shd w:val="clear" w:color="auto" w:fill="365F91"/>
          </w:tcPr>
          <w:p w14:paraId="3F54ADDB" w14:textId="77777777" w:rsidR="00CF4154" w:rsidRDefault="00A202AF">
            <w:pPr>
              <w:jc w:val="center"/>
            </w:pPr>
            <w:r>
              <w:rPr>
                <w:b/>
                <w:color w:val="FFFFFF"/>
                <w:sz w:val="21"/>
              </w:rPr>
              <w:t>BEDRAG</w:t>
            </w:r>
          </w:p>
        </w:tc>
        <w:tc>
          <w:tcPr>
            <w:tcW w:w="5102" w:type="dxa"/>
            <w:shd w:val="clear" w:color="auto" w:fill="365F91"/>
          </w:tcPr>
          <w:p w14:paraId="2E9E7676" w14:textId="77777777" w:rsidR="00CF4154" w:rsidRDefault="00A202AF">
            <w:pPr>
              <w:jc w:val="center"/>
            </w:pPr>
            <w:r>
              <w:rPr>
                <w:b/>
                <w:color w:val="FFFFFF"/>
                <w:sz w:val="21"/>
              </w:rPr>
              <w:t>INBEGREPEN</w:t>
            </w:r>
          </w:p>
        </w:tc>
      </w:tr>
      <w:tr w:rsidR="00CF4154" w14:paraId="385ED2D6" w14:textId="77777777">
        <w:trPr>
          <w:trHeight w:val="465"/>
          <w:jc w:val="center"/>
        </w:trPr>
        <w:tc>
          <w:tcPr>
            <w:tcW w:w="3513" w:type="dxa"/>
            <w:vAlign w:val="center"/>
          </w:tcPr>
          <w:p w14:paraId="1EFADF4C" w14:textId="77777777" w:rsidR="00CF4154" w:rsidRDefault="00A202AF">
            <w:pPr>
              <w:spacing w:before="40" w:after="40"/>
            </w:pPr>
            <w:r>
              <w:rPr>
                <w:b/>
                <w:color w:val="365F91"/>
                <w:sz w:val="19"/>
              </w:rPr>
              <w:t>1/8 pagina advertentie</w:t>
            </w:r>
          </w:p>
        </w:tc>
        <w:tc>
          <w:tcPr>
            <w:tcW w:w="3513" w:type="dxa"/>
            <w:vAlign w:val="center"/>
          </w:tcPr>
          <w:p w14:paraId="19553BE1" w14:textId="77777777" w:rsidR="00CF4154" w:rsidRDefault="00A202AF">
            <w:pPr>
              <w:spacing w:before="40" w:after="40"/>
            </w:pPr>
            <w:r>
              <w:rPr>
                <w:b/>
                <w:sz w:val="19"/>
              </w:rPr>
              <w:t>EUR 50</w:t>
            </w:r>
          </w:p>
        </w:tc>
        <w:tc>
          <w:tcPr>
            <w:tcW w:w="3513" w:type="dxa"/>
            <w:vAlign w:val="center"/>
          </w:tcPr>
          <w:p w14:paraId="75E6F556" w14:textId="77777777" w:rsidR="00CF4154" w:rsidRDefault="00A202AF">
            <w:pPr>
              <w:spacing w:before="40" w:after="40"/>
            </w:pPr>
            <w:r>
              <w:rPr>
                <w:sz w:val="19"/>
              </w:rPr>
              <w:t>Advertentie in programmaboekje 2027 (A5, kleur)</w:t>
            </w:r>
          </w:p>
        </w:tc>
      </w:tr>
      <w:tr w:rsidR="00CF4154" w14:paraId="3550FA0E" w14:textId="77777777">
        <w:trPr>
          <w:trHeight w:val="465"/>
          <w:jc w:val="center"/>
        </w:trPr>
        <w:tc>
          <w:tcPr>
            <w:tcW w:w="3513" w:type="dxa"/>
            <w:vAlign w:val="center"/>
          </w:tcPr>
          <w:p w14:paraId="28CB397B" w14:textId="77777777" w:rsidR="00CF4154" w:rsidRDefault="00A202AF">
            <w:pPr>
              <w:spacing w:before="40" w:after="40"/>
            </w:pPr>
            <w:r>
              <w:rPr>
                <w:b/>
                <w:color w:val="365F91"/>
                <w:sz w:val="19"/>
              </w:rPr>
              <w:t>1/2 pagina advertentie</w:t>
            </w:r>
          </w:p>
        </w:tc>
        <w:tc>
          <w:tcPr>
            <w:tcW w:w="3513" w:type="dxa"/>
            <w:vAlign w:val="center"/>
          </w:tcPr>
          <w:p w14:paraId="1768E014" w14:textId="77777777" w:rsidR="00CF4154" w:rsidRDefault="00A202AF">
            <w:pPr>
              <w:spacing w:before="40" w:after="40"/>
            </w:pPr>
            <w:r>
              <w:rPr>
                <w:b/>
                <w:sz w:val="19"/>
              </w:rPr>
              <w:t>EUR 100</w:t>
            </w:r>
          </w:p>
        </w:tc>
        <w:tc>
          <w:tcPr>
            <w:tcW w:w="3513" w:type="dxa"/>
            <w:vAlign w:val="center"/>
          </w:tcPr>
          <w:p w14:paraId="2D69222E" w14:textId="77777777" w:rsidR="00CF4154" w:rsidRDefault="00A202AF">
            <w:pPr>
              <w:spacing w:before="40" w:after="40"/>
            </w:pPr>
            <w:r>
              <w:rPr>
                <w:sz w:val="19"/>
              </w:rPr>
              <w:t>Advertentie in programmaboekje 2027 (A5, kleur)</w:t>
            </w:r>
          </w:p>
        </w:tc>
      </w:tr>
      <w:tr w:rsidR="00CF4154" w14:paraId="4ED96D5F" w14:textId="77777777">
        <w:trPr>
          <w:trHeight w:val="465"/>
          <w:jc w:val="center"/>
        </w:trPr>
        <w:tc>
          <w:tcPr>
            <w:tcW w:w="3513" w:type="dxa"/>
            <w:vAlign w:val="center"/>
          </w:tcPr>
          <w:p w14:paraId="7E95BF87" w14:textId="77777777" w:rsidR="00CF4154" w:rsidRDefault="00A202AF">
            <w:pPr>
              <w:spacing w:before="40" w:after="40"/>
            </w:pPr>
            <w:r>
              <w:rPr>
                <w:b/>
                <w:color w:val="365F91"/>
                <w:sz w:val="19"/>
              </w:rPr>
              <w:t>Volledige pagina advertentie</w:t>
            </w:r>
          </w:p>
        </w:tc>
        <w:tc>
          <w:tcPr>
            <w:tcW w:w="3513" w:type="dxa"/>
            <w:vAlign w:val="center"/>
          </w:tcPr>
          <w:p w14:paraId="51E19315" w14:textId="77777777" w:rsidR="00CF4154" w:rsidRDefault="00A202AF">
            <w:pPr>
              <w:spacing w:before="40" w:after="40"/>
            </w:pPr>
            <w:r>
              <w:rPr>
                <w:b/>
                <w:sz w:val="19"/>
              </w:rPr>
              <w:t>EUR 175</w:t>
            </w:r>
          </w:p>
        </w:tc>
        <w:tc>
          <w:tcPr>
            <w:tcW w:w="3513" w:type="dxa"/>
            <w:vAlign w:val="center"/>
          </w:tcPr>
          <w:p w14:paraId="55D45BFA" w14:textId="77777777" w:rsidR="00CF4154" w:rsidRDefault="00A202AF">
            <w:pPr>
              <w:spacing w:before="40" w:after="40"/>
            </w:pPr>
            <w:r>
              <w:rPr>
                <w:sz w:val="19"/>
              </w:rPr>
              <w:t>Volledige pagina in programmaboekje 2027 (A5, kleur)</w:t>
            </w:r>
          </w:p>
        </w:tc>
      </w:tr>
      <w:tr w:rsidR="00CF4154" w14:paraId="53E25B32" w14:textId="77777777">
        <w:trPr>
          <w:trHeight w:val="465"/>
          <w:jc w:val="center"/>
        </w:trPr>
        <w:tc>
          <w:tcPr>
            <w:tcW w:w="3513" w:type="dxa"/>
            <w:vAlign w:val="center"/>
          </w:tcPr>
          <w:p w14:paraId="0645B067" w14:textId="77777777" w:rsidR="00CF4154" w:rsidRDefault="00A202AF">
            <w:pPr>
              <w:spacing w:before="40" w:after="40"/>
            </w:pPr>
            <w:r>
              <w:rPr>
                <w:b/>
                <w:color w:val="365F91"/>
                <w:sz w:val="19"/>
              </w:rPr>
              <w:t>Volledige pagina + VIP</w:t>
            </w:r>
          </w:p>
        </w:tc>
        <w:tc>
          <w:tcPr>
            <w:tcW w:w="3513" w:type="dxa"/>
            <w:vAlign w:val="center"/>
          </w:tcPr>
          <w:p w14:paraId="3A8D1F8F" w14:textId="77777777" w:rsidR="00CF4154" w:rsidRDefault="00A202AF">
            <w:pPr>
              <w:spacing w:before="40" w:after="40"/>
            </w:pPr>
            <w:r>
              <w:rPr>
                <w:b/>
                <w:sz w:val="19"/>
              </w:rPr>
              <w:t>EUR 300</w:t>
            </w:r>
          </w:p>
        </w:tc>
        <w:tc>
          <w:tcPr>
            <w:tcW w:w="3513" w:type="dxa"/>
            <w:vAlign w:val="center"/>
          </w:tcPr>
          <w:p w14:paraId="53007702" w14:textId="77777777" w:rsidR="00CF4154" w:rsidRDefault="00A202AF">
            <w:pPr>
              <w:spacing w:before="40" w:after="40"/>
            </w:pPr>
            <w:r>
              <w:rPr>
                <w:sz w:val="19"/>
              </w:rPr>
              <w:t>Volledige pagina + uitnodiging VIP-ontvangst</w:t>
            </w:r>
          </w:p>
        </w:tc>
      </w:tr>
      <w:tr w:rsidR="00CF4154" w14:paraId="109FCAB7" w14:textId="77777777">
        <w:trPr>
          <w:trHeight w:val="465"/>
          <w:jc w:val="center"/>
        </w:trPr>
        <w:tc>
          <w:tcPr>
            <w:tcW w:w="3513" w:type="dxa"/>
            <w:vAlign w:val="center"/>
          </w:tcPr>
          <w:p w14:paraId="2DD17457" w14:textId="77777777" w:rsidR="00CF4154" w:rsidRDefault="00A202AF">
            <w:pPr>
              <w:spacing w:before="40" w:after="40"/>
            </w:pPr>
            <w:r>
              <w:rPr>
                <w:b/>
                <w:color w:val="365F91"/>
                <w:sz w:val="19"/>
              </w:rPr>
              <w:t>Partner B.B.B.F.</w:t>
            </w:r>
          </w:p>
        </w:tc>
        <w:tc>
          <w:tcPr>
            <w:tcW w:w="3513" w:type="dxa"/>
            <w:vAlign w:val="center"/>
          </w:tcPr>
          <w:p w14:paraId="57690C04" w14:textId="77777777" w:rsidR="00CF4154" w:rsidRDefault="00A202AF">
            <w:pPr>
              <w:spacing w:before="40" w:after="40"/>
            </w:pPr>
            <w:r>
              <w:rPr>
                <w:b/>
                <w:sz w:val="19"/>
              </w:rPr>
              <w:t>EUR 500 – EUR 1.000</w:t>
            </w:r>
          </w:p>
        </w:tc>
        <w:tc>
          <w:tcPr>
            <w:tcW w:w="3513" w:type="dxa"/>
            <w:vAlign w:val="center"/>
          </w:tcPr>
          <w:p w14:paraId="73FECA32" w14:textId="77777777" w:rsidR="00CF4154" w:rsidRDefault="00A202AF">
            <w:pPr>
              <w:spacing w:before="40" w:after="40"/>
            </w:pPr>
            <w:r>
              <w:rPr>
                <w:sz w:val="19"/>
              </w:rPr>
              <w:t>Logo, programmaboekje, projectiescherm en VIP-ontvangst; extra zichtbaarheid volgens bijdrage</w:t>
            </w:r>
          </w:p>
        </w:tc>
      </w:tr>
    </w:tbl>
    <w:p w14:paraId="5D308D58" w14:textId="77777777" w:rsidR="00CF4154" w:rsidRDefault="00A202AF">
      <w:pPr>
        <w:spacing w:before="140" w:after="60"/>
      </w:pPr>
      <w:r>
        <w:rPr>
          <w:b/>
          <w:color w:val="365F91"/>
          <w:sz w:val="23"/>
        </w:rPr>
        <w:t>GEGEVENS ADVERTEERDER / PARTNER</w:t>
      </w:r>
    </w:p>
    <w:tbl>
      <w:tblPr>
        <w:tblStyle w:val="Tabel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200"/>
      </w:tblGrid>
      <w:tr w:rsidR="00CF4154" w14:paraId="1BE5CC35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2AAB5205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Naam onderneming</w:t>
            </w:r>
          </w:p>
        </w:tc>
        <w:tc>
          <w:tcPr>
            <w:tcW w:w="7200" w:type="dxa"/>
            <w:vAlign w:val="center"/>
          </w:tcPr>
          <w:p w14:paraId="0976569F" w14:textId="77777777" w:rsidR="00CF4154" w:rsidRDefault="00CF4154">
            <w:pPr>
              <w:spacing w:before="20" w:after="20"/>
            </w:pPr>
          </w:p>
        </w:tc>
      </w:tr>
      <w:tr w:rsidR="00CF4154" w14:paraId="03C1E0A7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59D7DACE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Adres</w:t>
            </w:r>
          </w:p>
        </w:tc>
        <w:tc>
          <w:tcPr>
            <w:tcW w:w="7200" w:type="dxa"/>
            <w:vAlign w:val="center"/>
          </w:tcPr>
          <w:p w14:paraId="48F1EA9A" w14:textId="77777777" w:rsidR="00CF4154" w:rsidRDefault="00CF4154">
            <w:pPr>
              <w:spacing w:before="20" w:after="20"/>
            </w:pPr>
          </w:p>
        </w:tc>
      </w:tr>
      <w:tr w:rsidR="00CF4154" w14:paraId="60BFA991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3FD41DD1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Contactpersoon</w:t>
            </w:r>
          </w:p>
        </w:tc>
        <w:tc>
          <w:tcPr>
            <w:tcW w:w="7200" w:type="dxa"/>
            <w:vAlign w:val="center"/>
          </w:tcPr>
          <w:p w14:paraId="4788A8C7" w14:textId="77777777" w:rsidR="00CF4154" w:rsidRDefault="00CF4154">
            <w:pPr>
              <w:spacing w:before="20" w:after="20"/>
            </w:pPr>
          </w:p>
        </w:tc>
      </w:tr>
      <w:tr w:rsidR="00CF4154" w14:paraId="3DA423AD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33D90042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E-mail</w:t>
            </w:r>
          </w:p>
        </w:tc>
        <w:tc>
          <w:tcPr>
            <w:tcW w:w="7200" w:type="dxa"/>
            <w:vAlign w:val="center"/>
          </w:tcPr>
          <w:p w14:paraId="26EBC2FD" w14:textId="77777777" w:rsidR="00CF4154" w:rsidRDefault="00CF4154">
            <w:pPr>
              <w:spacing w:before="20" w:after="20"/>
            </w:pPr>
          </w:p>
        </w:tc>
      </w:tr>
      <w:tr w:rsidR="00CF4154" w14:paraId="442369CA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5CF96D6D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Telefoon</w:t>
            </w:r>
          </w:p>
        </w:tc>
        <w:tc>
          <w:tcPr>
            <w:tcW w:w="7200" w:type="dxa"/>
            <w:vAlign w:val="center"/>
          </w:tcPr>
          <w:p w14:paraId="67E7D6AC" w14:textId="77777777" w:rsidR="00CF4154" w:rsidRDefault="00CF4154">
            <w:pPr>
              <w:spacing w:before="20" w:after="20"/>
            </w:pPr>
          </w:p>
        </w:tc>
      </w:tr>
      <w:tr w:rsidR="00CF4154" w14:paraId="6793DA3E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1D9E340A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BTW-nummer</w:t>
            </w:r>
          </w:p>
        </w:tc>
        <w:tc>
          <w:tcPr>
            <w:tcW w:w="7200" w:type="dxa"/>
            <w:vAlign w:val="center"/>
          </w:tcPr>
          <w:p w14:paraId="593F2C50" w14:textId="77777777" w:rsidR="00CF4154" w:rsidRDefault="00CF4154">
            <w:pPr>
              <w:spacing w:before="20" w:after="20"/>
            </w:pPr>
          </w:p>
        </w:tc>
      </w:tr>
      <w:tr w:rsidR="00CF4154" w14:paraId="447085FC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2E286CEB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Gekozen formule</w:t>
            </w:r>
          </w:p>
        </w:tc>
        <w:tc>
          <w:tcPr>
            <w:tcW w:w="7200" w:type="dxa"/>
            <w:vAlign w:val="center"/>
          </w:tcPr>
          <w:p w14:paraId="5FE73887" w14:textId="77777777" w:rsidR="00CF4154" w:rsidRDefault="00CF4154">
            <w:pPr>
              <w:spacing w:before="20" w:after="20"/>
            </w:pPr>
          </w:p>
        </w:tc>
      </w:tr>
      <w:tr w:rsidR="00CF4154" w14:paraId="2892DFF1" w14:textId="77777777">
        <w:trPr>
          <w:trHeight w:val="408"/>
          <w:jc w:val="center"/>
        </w:trPr>
        <w:tc>
          <w:tcPr>
            <w:tcW w:w="2494" w:type="dxa"/>
            <w:vAlign w:val="center"/>
          </w:tcPr>
          <w:p w14:paraId="2BD0E073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Bedrag</w:t>
            </w:r>
          </w:p>
        </w:tc>
        <w:tc>
          <w:tcPr>
            <w:tcW w:w="7200" w:type="dxa"/>
            <w:vAlign w:val="center"/>
          </w:tcPr>
          <w:p w14:paraId="073F75B2" w14:textId="77777777" w:rsidR="00CF4154" w:rsidRDefault="00CF4154">
            <w:pPr>
              <w:spacing w:before="20" w:after="20"/>
            </w:pPr>
          </w:p>
        </w:tc>
      </w:tr>
    </w:tbl>
    <w:p w14:paraId="25A5F5D2" w14:textId="77777777" w:rsidR="00CF4154" w:rsidRDefault="00A202AF">
      <w:pPr>
        <w:spacing w:before="120" w:after="20"/>
      </w:pPr>
      <w:r>
        <w:rPr>
          <w:b/>
          <w:color w:val="365F91"/>
          <w:sz w:val="21"/>
        </w:rPr>
        <w:t>BETALING &amp; ADVERTENTIEMATERIAAL</w:t>
      </w:r>
    </w:p>
    <w:p w14:paraId="6AD447E3" w14:textId="77777777" w:rsidR="00CF4154" w:rsidRDefault="00A202AF">
      <w:pPr>
        <w:spacing w:after="100"/>
      </w:pPr>
      <w:r>
        <w:rPr>
          <w:sz w:val="17"/>
        </w:rPr>
        <w:t>Betaling op IBAN BE80 0020 2191 4577 met vermelding van de naam van de onderneming en de gekozen formule. Logo en drukklaar advertentiemateriaal in hoge resolutie bezorgen via info@brabantsbrassbandfestival.be. De uiterste aanleverdatum wordt tijdig meegedeeld.</w:t>
      </w:r>
    </w:p>
    <w:p w14:paraId="6CD6BE0E" w14:textId="77777777" w:rsidR="00CF4154" w:rsidRDefault="00A202AF">
      <w:pPr>
        <w:spacing w:before="40" w:after="60"/>
      </w:pPr>
      <w:r>
        <w:rPr>
          <w:b/>
          <w:color w:val="365F91"/>
          <w:sz w:val="21"/>
        </w:rPr>
        <w:t>GOEDKEURING</w:t>
      </w: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5266"/>
        <w:gridCol w:w="5264"/>
      </w:tblGrid>
      <w:tr w:rsidR="00CF4154" w14:paraId="6F832228" w14:textId="77777777">
        <w:trPr>
          <w:trHeight w:val="425"/>
          <w:jc w:val="center"/>
        </w:trPr>
        <w:tc>
          <w:tcPr>
            <w:tcW w:w="5270" w:type="dxa"/>
            <w:vAlign w:val="center"/>
          </w:tcPr>
          <w:p w14:paraId="05462330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Plaats en datum</w:t>
            </w:r>
          </w:p>
        </w:tc>
        <w:tc>
          <w:tcPr>
            <w:tcW w:w="5270" w:type="dxa"/>
            <w:vAlign w:val="center"/>
          </w:tcPr>
          <w:p w14:paraId="6EC0A4E7" w14:textId="77777777" w:rsidR="00CF4154" w:rsidRDefault="00CF4154">
            <w:pPr>
              <w:spacing w:before="20" w:after="20"/>
            </w:pPr>
          </w:p>
        </w:tc>
      </w:tr>
      <w:tr w:rsidR="00CF4154" w14:paraId="648366AB" w14:textId="77777777">
        <w:trPr>
          <w:trHeight w:val="822"/>
          <w:jc w:val="center"/>
        </w:trPr>
        <w:tc>
          <w:tcPr>
            <w:tcW w:w="5270" w:type="dxa"/>
            <w:vAlign w:val="center"/>
          </w:tcPr>
          <w:p w14:paraId="14C25CA2" w14:textId="77777777" w:rsidR="00CF4154" w:rsidRDefault="00A202AF">
            <w:pPr>
              <w:spacing w:before="20" w:after="20"/>
            </w:pPr>
            <w:r>
              <w:rPr>
                <w:b/>
                <w:sz w:val="19"/>
              </w:rPr>
              <w:t>Naam + handtekening sponsor</w:t>
            </w:r>
          </w:p>
        </w:tc>
        <w:tc>
          <w:tcPr>
            <w:tcW w:w="5270" w:type="dxa"/>
            <w:vAlign w:val="center"/>
          </w:tcPr>
          <w:p w14:paraId="7F686F51" w14:textId="77777777" w:rsidR="00CF4154" w:rsidRDefault="00CF4154">
            <w:pPr>
              <w:spacing w:before="20" w:after="20"/>
            </w:pPr>
          </w:p>
        </w:tc>
      </w:tr>
    </w:tbl>
    <w:p w14:paraId="20068BDC" w14:textId="77777777" w:rsidR="00CF4154" w:rsidRDefault="00A202AF">
      <w:pPr>
        <w:spacing w:before="80" w:after="0"/>
      </w:pPr>
      <w:r>
        <w:rPr>
          <w:i/>
          <w:sz w:val="16"/>
        </w:rPr>
        <w:t>Door ondertekening bevestigt de adverteerder/partner de gekozen formule en het bijhorende bedrag voor de editie van 19 juni 2027.</w:t>
      </w:r>
    </w:p>
    <w:sectPr w:rsidR="00CF4154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AB0"/>
    <w:rsid w:val="0015074B"/>
    <w:rsid w:val="0029639D"/>
    <w:rsid w:val="00326F90"/>
    <w:rsid w:val="00A202AF"/>
    <w:rsid w:val="00AA1D8D"/>
    <w:rsid w:val="00B00460"/>
    <w:rsid w:val="00B47730"/>
    <w:rsid w:val="00CB0664"/>
    <w:rsid w:val="00CF41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907B9"/>
  <w14:defaultImageDpi w14:val="300"/>
  <w15:docId w15:val="{1BF98CA8-F91C-49EE-8D9F-2612CA5A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Eddy Vanhaelen</cp:lastModifiedBy>
  <cp:revision>3</cp:revision>
  <dcterms:created xsi:type="dcterms:W3CDTF">2026-09-19T09:19:00Z</dcterms:created>
  <dcterms:modified xsi:type="dcterms:W3CDTF">2026-09-28T17:47:00Z</dcterms:modified>
  <cp:category/>
</cp:coreProperties>
</file>